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 וזמנים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ולהתאים בין שם עצם לתואר בזכר/נקבה וביחיד/רבים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זמן עבר, הווה ועתיד לפי מילות זמן ולפי צורת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נכונים עם התאמה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ילדות היא הרבים של ילדה - גם היא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כלל ההתאמה בלשון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מסבירה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(ילדים יפים)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(ילדות חכמות)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(חתולות שחורות)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שבוע התחלנו ללמוד על הזמנים.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 תרגלנו משפטים בעבר.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עכשיו אנחנו עונים על דף התרגול.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עם התאמה נכונה בין שם עצם לתואר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נכון 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מזהים מילות זמן כמו אתמול, היום, מחר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שהפועל בהווה מתאים לגוף ולמין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- זה עוזר לשמוע את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ולבדוק יחד בסוף לפי פס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 ולדלג על הסימון הקשה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 וזמנים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מילים משתנות לפי זכר ונקבה, יחיד ורבים, וגם איך פעלים משתנים לפי זמן - עבר, הווה ועתיד.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חכמות  ·  מסבירה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הילדה ___ בגן.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הילדים ___ בחצר.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'ילדות' היא צורת רבים של 'ילדה'.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שם עצם ותואר צריכים להתאים בזכר/נקבה וביחיד/רבים.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הבנות ה__________ (חכם) הצליחו במבחן.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עכשיו המורה __________ (להסביר) את השיעור.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ילד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חתולות שחורות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ילדה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ילדים יפים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חתולה שחורה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ילדות חכמות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עכשיו אנחנו עונים על דף התרגול.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שבוע התחלנו ללמוד על הזמנים.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אתמול תרגלנו משפטים בעבר.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חיה אהובה עליכם וכתבו עליה משפט ביחיד ומשפט ברבים, עם התאמה נכונה של התואר.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בזכר ובנקבה, ביחיד וברבים.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מילת זמן נזהה שמדובר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 וזמנים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