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 וזמנים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ולהתאים בין שם עצם לתואר בזכר/נקבה וביחיד/רבים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זמן עבר, הווה ועתיד לפי מילות זמן ולפי צורת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נכונים עם התאמה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הלכנו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יושבות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ילדות היא הרבים של ילדה - גם היא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אתמול מרמז על זמן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כלל ההתאמה בלשון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ילך הוא זמן עתיד, הווה הוא הולך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מסבירה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(ילדים יפים)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(ילדות חכמות)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(ספרים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(חתולות שחורות)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(בתים גדולים)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שבוע התחלנו ללמוד על הזמנים.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אתמול תרגלנו משפטים בעבר.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עכשיו אנחנו עונים על דף התרגול.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מחר נעשה מבחן קטן על הזמנים.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עם פועל מתאים לכל זמן והתאמה נכונה בזכר/נקבה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עם התאמה נכונה בין שם עצם לתואר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שהתלמידים מזהים נכון זכר/נקבה ויחיד/רבים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שהם מזהים מילות זמן כמו אתמול, היום, מחר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שהפועל בהווה מתאים לגוף ולמין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לפני המענה - זה עוזר לשמוע את ההתאמה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ולבדוק יחד בסוף לפי פס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הראשונים בלבד ולדלג על הסימון הקשה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 וזמנים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איך מילים משתנות: בן או בת, אחד או הרבה, וגם מתי קרה הדבר - פעם, עכשיו או בעתיד.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של מילה לבן או לזכר, למשל: 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של מילה לבת או לנקבה, למשל: 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בלבד, למשל: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מאחד, למשל: 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שכבר קרה, למשל: אתמול הלכתי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שקורה עכשיו, למשל: אני הולך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עתיד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שעוד יקרה, למשל: מחר אלך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כשתואר ושם עצם מתאימים בזכר/נקבה וביחיד/רבים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לילדה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לכמה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לזמן 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הלכנו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לזמן 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מתאימה לבנות שיושבות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יושבות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מתאימה לשולחן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'ילדות' היא צורת רבים של 'ילדה'.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'אתמול' מרמזת על זמן 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שם עצם ותואר צריכים להתאים בזכר/נקבה וביחיד/רבים.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'ילך' הוא בזמן הווה.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הבנות ה__________ (חכם) הצליחו במבחן.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אתמול הילד __________ (לשחק) בכדור.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מחר אנחנו __________ (לכתוב) מכתב.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עכשיו המורה __________ (להסביר) את השיעור.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הכלבים ה__________ (גדול) רצים בפארק.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ילדים יפים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ילדה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ילדות חכמות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חתולה שחורה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חתולות שחורות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בתים גדולים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אתמול תרגלנו משפטים בעבר.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שבוע התחלנו ללמוד על הזמנים.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מחר נעשה מבחן קטן על הזמנים.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עכשיו אנחנו עונים על דף התרגול.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בזמן עבר, משפט אחד בזמן הווה ומשפט אחד בזמן עתיד על אותו ילד או ילדה.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חיה אהובה עליכם וכתבו עליה משפט ביחיד ומשפט ברבים, עם התאמה נכונה של התואר.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בזכר ובנקבה, ביחיד וברבים.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מילת זמן נזהה שמדובר בעבר?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נכון בזמן הווה.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 וזמנים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