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 וזמנים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ולהתאים בין שם עצם לתואר בזכר/נקבה וביחיד/רבים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זמן עבר, הווה ועתיד לפי מילות זמן ולפי צורת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נכונים עם התאמה מלאה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משחקת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הלכנו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יושבות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ילדות היא הרבים של ילדה - גם היא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אתמול מרמז על זמן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כלל ההתאמה בלשון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ילך הוא זמן עתיד, הווה הוא הולך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חכמות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מסבירה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גדולים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(ילדים יפים)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(ילדות חכמות)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(ספרים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(חתולות שחורות)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(בתים גדולים)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לפני שבוע התחלנו ללמוד על הזמנים.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אתמול תרגלנו משפטים בעבר.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עכשיו אנחנו עונים על דף התרגול.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מחר נעשה מבחן קטן על הזמנים.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שלושה משפטים עם פועל מתאים לכל זמן והתאמה נכונה בזכר/נקבה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 משפטים עם התאמה נכונה בין שם עצם לתואר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שהתלמידים מזהים נכון זכר/נקבה ויחיד/רבים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שהם מזהים מילות זמן כמו אתמול, היום, מחר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בדקו שהפועל בהווה מתאים לגוף ולמין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המשפטים בקול לפני המענה - זה עוזר לשמוע את ההתאמה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לעבוד בזוגות ולבדוק יחד בסוף לפי פס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בחלקים הראשונים בלבד ולדלג על הסימון הקשה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 וזמנים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איך מילים משתנות לפי זכר ונקבה, יחיד ורבים, וגם איך פעלים משתנים לפי זמן - עבר, הווה ועתיד.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הילדה ___ בגן.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הילדים ___ בחצר.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אתמול אנחנו ___ לבית הספר.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הלכנו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הולכים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מחר אני ___ שיעורי בית.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אעשה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עכשיו הן ___ בכיתה.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יושבות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השולחן ___ ולבן.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'ילדות' היא צורת רבים של 'ילדה'.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'אתמול' מרמזת על זמן עתיד.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בעברית שם עצם ותואר צריכים להתאים בזכר/נקבה וביחיד/רבים.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'ילך' הוא בזמן הווה.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הבנות ה__________ (חכם) הצליחו במבחן.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אתמול הילד __________ (לשחק) בכדור.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מחר אנחנו __________ (לכתוב) מכתב.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עכשיו המורה __________ (להסביר) את השיעור.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הכלבים ה__________ (גדול) רצים בפארק.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ילד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ילדות חכמות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ילדה חכמה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ילדים יפים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ספר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חתולות שחורות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חתולה שחורה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בתים גדולים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אתמול תרגלנו משפטים בעבר.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עכשיו אנחנו עונים על דף התרגול.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מחר נעשה מבחן קטן על הזמנים.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שבוע התחלנו ללמוד על הזמנים.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בזמן עבר, משפט אחד בזמן הווה ומשפט אחד בזמן עתיד על אותו ילד או ילדה.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חיה אהובה עליכם וכתבו עליה משפט ביחיד ומשפט ברבים, עם התאמה נכונה של התואר.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בזכר ובנקבה, ביחיד וברבים.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מילת זמן נזהה שמדובר בעבר?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נכון בזמן הווה.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זכר ונקבה, יחיד ורבים וזמנים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